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4A41" w:rsidRDefault="00000000">
      <w:pPr>
        <w:spacing w:after="40"/>
        <w:jc w:val="center"/>
        <w:rPr>
          <w:lang w:eastAsia="ko-KR"/>
        </w:rPr>
      </w:pPr>
      <w:r>
        <w:rPr>
          <w:b/>
          <w:sz w:val="32"/>
          <w:lang w:eastAsia="ko-KR"/>
        </w:rPr>
        <w:t>고려대학교</w:t>
      </w:r>
      <w:r>
        <w:rPr>
          <w:b/>
          <w:sz w:val="32"/>
          <w:lang w:eastAsia="ko-KR"/>
        </w:rPr>
        <w:t>-</w:t>
      </w:r>
      <w:r>
        <w:rPr>
          <w:b/>
          <w:sz w:val="32"/>
          <w:lang w:eastAsia="ko-KR"/>
        </w:rPr>
        <w:t>대만</w:t>
      </w:r>
      <w:r>
        <w:rPr>
          <w:b/>
          <w:sz w:val="32"/>
          <w:lang w:eastAsia="ko-KR"/>
        </w:rPr>
        <w:t xml:space="preserve"> </w:t>
      </w:r>
      <w:r>
        <w:rPr>
          <w:b/>
          <w:sz w:val="32"/>
          <w:lang w:eastAsia="ko-KR"/>
        </w:rPr>
        <w:t>국립정치대학교</w:t>
      </w:r>
      <w:r>
        <w:rPr>
          <w:b/>
          <w:sz w:val="32"/>
          <w:lang w:eastAsia="ko-KR"/>
        </w:rPr>
        <w:t xml:space="preserve"> </w:t>
      </w:r>
      <w:r>
        <w:rPr>
          <w:b/>
          <w:sz w:val="32"/>
          <w:lang w:eastAsia="ko-KR"/>
        </w:rPr>
        <w:t>공동</w:t>
      </w:r>
      <w:r>
        <w:rPr>
          <w:b/>
          <w:sz w:val="32"/>
          <w:lang w:eastAsia="ko-KR"/>
        </w:rPr>
        <w:t xml:space="preserve"> </w:t>
      </w:r>
      <w:r>
        <w:rPr>
          <w:b/>
          <w:sz w:val="32"/>
          <w:lang w:eastAsia="ko-KR"/>
        </w:rPr>
        <w:t>워크숍</w:t>
      </w:r>
    </w:p>
    <w:p w:rsidR="009F4A41" w:rsidRDefault="00000000">
      <w:pPr>
        <w:spacing w:after="160"/>
        <w:jc w:val="center"/>
        <w:rPr>
          <w:lang w:eastAsia="ko-KR"/>
        </w:rPr>
      </w:pPr>
      <w:r>
        <w:rPr>
          <w:b/>
          <w:sz w:val="28"/>
          <w:lang w:eastAsia="ko-KR"/>
        </w:rPr>
        <w:t>대학원생</w:t>
      </w:r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발표자</w:t>
      </w:r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참가</w:t>
      </w:r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신청서</w:t>
      </w:r>
    </w:p>
    <w:p w:rsidR="009F4A41" w:rsidRDefault="00000000">
      <w:pPr>
        <w:spacing w:before="120" w:after="60"/>
      </w:pPr>
      <w:r>
        <w:rPr>
          <w:b/>
          <w:sz w:val="23"/>
        </w:rPr>
        <w:t xml:space="preserve">1. </w:t>
      </w:r>
      <w:proofErr w:type="spellStart"/>
      <w:r>
        <w:rPr>
          <w:b/>
          <w:sz w:val="23"/>
        </w:rPr>
        <w:t>기본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정보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7506"/>
      </w:tblGrid>
      <w:tr w:rsidR="009F4A41" w:rsidTr="00954374">
        <w:trPr>
          <w:trHeight w:val="425"/>
          <w:jc w:val="center"/>
        </w:trPr>
        <w:tc>
          <w:tcPr>
            <w:tcW w:w="2694" w:type="dxa"/>
            <w:shd w:val="clear" w:color="auto" w:fill="E7E6E6"/>
            <w:vAlign w:val="center"/>
          </w:tcPr>
          <w:p w:rsidR="009F4A41" w:rsidRDefault="00000000">
            <w:proofErr w:type="spellStart"/>
            <w:r>
              <w:rPr>
                <w:b/>
                <w:sz w:val="19"/>
              </w:rPr>
              <w:t>성명</w:t>
            </w:r>
            <w:proofErr w:type="spellEnd"/>
          </w:p>
        </w:tc>
        <w:tc>
          <w:tcPr>
            <w:tcW w:w="7506" w:type="dxa"/>
            <w:vAlign w:val="center"/>
          </w:tcPr>
          <w:p w:rsidR="009F4A41" w:rsidRDefault="009F4A41"/>
        </w:tc>
      </w:tr>
      <w:tr w:rsidR="009F4A41" w:rsidTr="00954374">
        <w:trPr>
          <w:trHeight w:val="425"/>
          <w:jc w:val="center"/>
        </w:trPr>
        <w:tc>
          <w:tcPr>
            <w:tcW w:w="2694" w:type="dxa"/>
            <w:shd w:val="clear" w:color="auto" w:fill="E7E6E6"/>
            <w:vAlign w:val="center"/>
          </w:tcPr>
          <w:p w:rsidR="009F4A41" w:rsidRDefault="00000000">
            <w:r>
              <w:rPr>
                <w:b/>
                <w:sz w:val="19"/>
              </w:rPr>
              <w:t>학위과정</w:t>
            </w:r>
          </w:p>
        </w:tc>
        <w:tc>
          <w:tcPr>
            <w:tcW w:w="7506" w:type="dxa"/>
            <w:vAlign w:val="center"/>
          </w:tcPr>
          <w:p w:rsidR="009F4A41" w:rsidRDefault="00000000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□ </w:t>
            </w:r>
            <w:r>
              <w:rPr>
                <w:sz w:val="19"/>
                <w:lang w:eastAsia="ko-KR"/>
              </w:rPr>
              <w:t>석사과정</w:t>
            </w:r>
            <w:r>
              <w:rPr>
                <w:sz w:val="19"/>
                <w:lang w:eastAsia="ko-KR"/>
              </w:rPr>
              <w:t xml:space="preserve">    □ </w:t>
            </w:r>
            <w:r>
              <w:rPr>
                <w:sz w:val="19"/>
                <w:lang w:eastAsia="ko-KR"/>
              </w:rPr>
              <w:t>박사과정</w:t>
            </w:r>
            <w:r>
              <w:rPr>
                <w:sz w:val="19"/>
                <w:lang w:eastAsia="ko-KR"/>
              </w:rPr>
              <w:t xml:space="preserve">    □ </w:t>
            </w:r>
            <w:r>
              <w:rPr>
                <w:sz w:val="19"/>
                <w:lang w:eastAsia="ko-KR"/>
              </w:rPr>
              <w:t>석박사통합과정</w:t>
            </w:r>
          </w:p>
        </w:tc>
      </w:tr>
      <w:tr w:rsidR="009F4A41" w:rsidTr="00954374">
        <w:trPr>
          <w:trHeight w:val="425"/>
          <w:jc w:val="center"/>
        </w:trPr>
        <w:tc>
          <w:tcPr>
            <w:tcW w:w="2694" w:type="dxa"/>
            <w:shd w:val="clear" w:color="auto" w:fill="E7E6E6"/>
            <w:vAlign w:val="center"/>
          </w:tcPr>
          <w:p w:rsidR="009F4A41" w:rsidRDefault="00000000">
            <w:proofErr w:type="spellStart"/>
            <w:r>
              <w:rPr>
                <w:b/>
                <w:sz w:val="19"/>
              </w:rPr>
              <w:t>학적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상태</w:t>
            </w:r>
            <w:proofErr w:type="spellEnd"/>
          </w:p>
        </w:tc>
        <w:tc>
          <w:tcPr>
            <w:tcW w:w="7506" w:type="dxa"/>
            <w:vAlign w:val="center"/>
          </w:tcPr>
          <w:p w:rsidR="009F4A41" w:rsidRDefault="00000000">
            <w:r>
              <w:rPr>
                <w:sz w:val="19"/>
              </w:rPr>
              <w:t xml:space="preserve">□ </w:t>
            </w:r>
            <w:r>
              <w:rPr>
                <w:sz w:val="19"/>
              </w:rPr>
              <w:t>재학</w:t>
            </w:r>
            <w:r>
              <w:rPr>
                <w:sz w:val="19"/>
              </w:rPr>
              <w:t xml:space="preserve"> (______</w:t>
            </w:r>
            <w:r>
              <w:rPr>
                <w:sz w:val="19"/>
              </w:rPr>
              <w:t>학기</w:t>
            </w:r>
            <w:r>
              <w:rPr>
                <w:sz w:val="19"/>
              </w:rPr>
              <w:t xml:space="preserve">)    □ </w:t>
            </w:r>
            <w:r>
              <w:rPr>
                <w:sz w:val="19"/>
              </w:rPr>
              <w:t>수료</w:t>
            </w:r>
          </w:p>
        </w:tc>
      </w:tr>
      <w:tr w:rsidR="009F4A41" w:rsidTr="00954374">
        <w:trPr>
          <w:trHeight w:val="425"/>
          <w:jc w:val="center"/>
        </w:trPr>
        <w:tc>
          <w:tcPr>
            <w:tcW w:w="2694" w:type="dxa"/>
            <w:shd w:val="clear" w:color="auto" w:fill="E7E6E6"/>
            <w:vAlign w:val="center"/>
          </w:tcPr>
          <w:p w:rsidR="009F4A41" w:rsidRDefault="00000000">
            <w:r>
              <w:rPr>
                <w:b/>
                <w:sz w:val="19"/>
              </w:rPr>
              <w:t>전공</w:t>
            </w:r>
            <w:r>
              <w:rPr>
                <w:b/>
                <w:sz w:val="19"/>
              </w:rPr>
              <w:t xml:space="preserve"> / </w:t>
            </w:r>
            <w:r>
              <w:rPr>
                <w:b/>
                <w:sz w:val="19"/>
              </w:rPr>
              <w:t>연구분야</w:t>
            </w:r>
          </w:p>
        </w:tc>
        <w:tc>
          <w:tcPr>
            <w:tcW w:w="7506" w:type="dxa"/>
            <w:vAlign w:val="center"/>
          </w:tcPr>
          <w:p w:rsidR="009F4A41" w:rsidRDefault="009F4A41"/>
        </w:tc>
      </w:tr>
      <w:tr w:rsidR="009F4A41" w:rsidTr="00954374">
        <w:trPr>
          <w:trHeight w:val="425"/>
          <w:jc w:val="center"/>
        </w:trPr>
        <w:tc>
          <w:tcPr>
            <w:tcW w:w="2694" w:type="dxa"/>
            <w:shd w:val="clear" w:color="auto" w:fill="E7E6E6"/>
            <w:vAlign w:val="center"/>
          </w:tcPr>
          <w:p w:rsidR="009F4A41" w:rsidRDefault="00000000">
            <w:r>
              <w:rPr>
                <w:b/>
                <w:sz w:val="19"/>
              </w:rPr>
              <w:t>이메일</w:t>
            </w:r>
          </w:p>
        </w:tc>
        <w:tc>
          <w:tcPr>
            <w:tcW w:w="7506" w:type="dxa"/>
            <w:vAlign w:val="center"/>
          </w:tcPr>
          <w:p w:rsidR="009F4A41" w:rsidRDefault="009F4A41"/>
        </w:tc>
      </w:tr>
      <w:tr w:rsidR="00954374" w:rsidTr="00954374">
        <w:trPr>
          <w:trHeight w:val="425"/>
          <w:jc w:val="center"/>
        </w:trPr>
        <w:tc>
          <w:tcPr>
            <w:tcW w:w="2694" w:type="dxa"/>
            <w:shd w:val="clear" w:color="auto" w:fill="E7E6E6"/>
            <w:vAlign w:val="center"/>
          </w:tcPr>
          <w:p w:rsidR="00954374" w:rsidRDefault="00954374">
            <w:pPr>
              <w:rPr>
                <w:b/>
                <w:sz w:val="19"/>
                <w:lang w:eastAsia="ko-KR"/>
              </w:rPr>
            </w:pPr>
            <w:r>
              <w:rPr>
                <w:rFonts w:hint="eastAsia"/>
                <w:b/>
                <w:sz w:val="19"/>
                <w:lang w:eastAsia="ko-KR"/>
              </w:rPr>
              <w:t>연락처</w:t>
            </w:r>
          </w:p>
        </w:tc>
        <w:tc>
          <w:tcPr>
            <w:tcW w:w="7506" w:type="dxa"/>
            <w:vAlign w:val="center"/>
          </w:tcPr>
          <w:p w:rsidR="00954374" w:rsidRDefault="00954374"/>
        </w:tc>
      </w:tr>
    </w:tbl>
    <w:p w:rsidR="005A21BA" w:rsidRDefault="005A21BA">
      <w:pPr>
        <w:spacing w:before="120" w:after="60"/>
        <w:rPr>
          <w:b/>
          <w:sz w:val="23"/>
        </w:rPr>
      </w:pPr>
    </w:p>
    <w:p w:rsidR="009F4A41" w:rsidRDefault="00000000">
      <w:pPr>
        <w:spacing w:before="120" w:after="60"/>
      </w:pPr>
      <w:r>
        <w:rPr>
          <w:b/>
          <w:sz w:val="23"/>
        </w:rPr>
        <w:t xml:space="preserve">2. </w:t>
      </w:r>
      <w:proofErr w:type="spellStart"/>
      <w:r>
        <w:rPr>
          <w:b/>
          <w:sz w:val="23"/>
        </w:rPr>
        <w:t>발표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계획</w:t>
      </w:r>
      <w:proofErr w:type="spellEnd"/>
    </w:p>
    <w:p w:rsidR="009F4A41" w:rsidRDefault="00000000">
      <w:pPr>
        <w:spacing w:after="20"/>
        <w:rPr>
          <w:lang w:eastAsia="ko-KR"/>
        </w:rPr>
      </w:pPr>
      <w:r>
        <w:rPr>
          <w:b/>
          <w:lang w:eastAsia="ko-KR"/>
        </w:rPr>
        <w:t>발표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예정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제목</w:t>
      </w:r>
      <w:r>
        <w:rPr>
          <w:b/>
          <w:lang w:eastAsia="ko-KR"/>
        </w:rPr>
        <w:t xml:space="preserve"> (</w:t>
      </w:r>
      <w:r>
        <w:rPr>
          <w:b/>
          <w:lang w:eastAsia="ko-KR"/>
        </w:rPr>
        <w:t>가제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가능</w:t>
      </w:r>
      <w:r>
        <w:rPr>
          <w:b/>
          <w:lang w:eastAsia="ko-KR"/>
        </w:rPr>
        <w:t>)</w:t>
      </w:r>
    </w:p>
    <w:p w:rsidR="009F4A41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:rsidR="009F4A41" w:rsidRDefault="00954374">
      <w:pPr>
        <w:spacing w:before="60" w:after="20"/>
        <w:rPr>
          <w:lang w:eastAsia="ko-KR"/>
        </w:rPr>
      </w:pPr>
      <w:r>
        <w:rPr>
          <w:rFonts w:hint="eastAsia"/>
          <w:b/>
          <w:lang w:eastAsia="ko-KR"/>
        </w:rPr>
        <w:t>초록</w:t>
      </w:r>
      <w:r>
        <w:rPr>
          <w:b/>
          <w:lang w:eastAsia="ko-KR"/>
        </w:rPr>
        <w:t xml:space="preserve"> (</w:t>
      </w:r>
      <w:r>
        <w:rPr>
          <w:rFonts w:hint="eastAsia"/>
          <w:b/>
          <w:lang w:eastAsia="ko-KR"/>
        </w:rPr>
        <w:t>영문</w:t>
      </w:r>
      <w:r>
        <w:rPr>
          <w:b/>
          <w:lang w:eastAsia="ko-KR"/>
        </w:rPr>
        <w:t>200</w:t>
      </w:r>
      <w:r>
        <w:rPr>
          <w:rFonts w:hint="eastAsia"/>
          <w:b/>
          <w:lang w:eastAsia="ko-KR"/>
        </w:rPr>
        <w:t>단어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내외</w:t>
      </w:r>
      <w:r>
        <w:rPr>
          <w:b/>
          <w:lang w:eastAsia="ko-KR"/>
        </w:rPr>
        <w:t>)</w:t>
      </w:r>
    </w:p>
    <w:p w:rsidR="00954374" w:rsidRP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20"/>
        <w:rPr>
          <w:b/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20"/>
        <w:rPr>
          <w:b/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20"/>
        <w:rPr>
          <w:b/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20"/>
        <w:rPr>
          <w:b/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20"/>
        <w:rPr>
          <w:b/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20"/>
        <w:rPr>
          <w:b/>
          <w:lang w:eastAsia="ko-KR"/>
        </w:rPr>
      </w:pPr>
    </w:p>
    <w:p w:rsidR="00954374" w:rsidRDefault="00954374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20"/>
        <w:rPr>
          <w:b/>
          <w:lang w:eastAsia="ko-KR"/>
        </w:rPr>
      </w:pPr>
    </w:p>
    <w:p w:rsidR="00274CEE" w:rsidRDefault="00274CEE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20"/>
        <w:rPr>
          <w:b/>
          <w:lang w:eastAsia="ko-KR"/>
        </w:rPr>
      </w:pPr>
    </w:p>
    <w:p w:rsidR="00367C16" w:rsidRDefault="00367C16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20"/>
        <w:rPr>
          <w:b/>
          <w:lang w:eastAsia="ko-KR"/>
        </w:rPr>
      </w:pPr>
    </w:p>
    <w:p w:rsidR="00367C16" w:rsidRDefault="00367C16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20"/>
        <w:rPr>
          <w:b/>
          <w:lang w:eastAsia="ko-KR"/>
        </w:rPr>
      </w:pPr>
    </w:p>
    <w:p w:rsidR="00274CEE" w:rsidRDefault="00274CEE" w:rsidP="00274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20"/>
        <w:rPr>
          <w:b/>
          <w:lang w:eastAsia="ko-KR"/>
        </w:rPr>
      </w:pPr>
    </w:p>
    <w:p w:rsidR="009F4A41" w:rsidRDefault="00000000">
      <w:pPr>
        <w:spacing w:before="60" w:after="20"/>
        <w:rPr>
          <w:lang w:eastAsia="ko-KR"/>
        </w:rPr>
      </w:pPr>
      <w:r>
        <w:rPr>
          <w:b/>
          <w:lang w:eastAsia="ko-KR"/>
        </w:rPr>
        <w:t>발표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논문의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현재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진행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상태</w:t>
      </w:r>
    </w:p>
    <w:p w:rsidR="009F4A41" w:rsidRPr="00D51570" w:rsidRDefault="00000000">
      <w:pPr>
        <w:spacing w:after="0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아이디어</w:t>
      </w:r>
      <w:r>
        <w:rPr>
          <w:lang w:eastAsia="ko-KR"/>
        </w:rPr>
        <w:t xml:space="preserve"> </w:t>
      </w:r>
      <w:r>
        <w:rPr>
          <w:lang w:eastAsia="ko-KR"/>
        </w:rPr>
        <w:t>단계</w:t>
      </w:r>
      <w:r>
        <w:rPr>
          <w:lang w:eastAsia="ko-KR"/>
        </w:rPr>
        <w:t xml:space="preserve">    □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진행</w:t>
      </w:r>
      <w:r>
        <w:rPr>
          <w:lang w:eastAsia="ko-KR"/>
        </w:rPr>
        <w:t xml:space="preserve"> </w:t>
      </w:r>
      <w:r>
        <w:rPr>
          <w:lang w:eastAsia="ko-KR"/>
        </w:rPr>
        <w:t>중</w:t>
      </w:r>
      <w:r>
        <w:rPr>
          <w:lang w:eastAsia="ko-KR"/>
        </w:rPr>
        <w:t xml:space="preserve">    □ </w:t>
      </w:r>
      <w:r>
        <w:rPr>
          <w:lang w:eastAsia="ko-KR"/>
        </w:rPr>
        <w:t>초고</w:t>
      </w:r>
      <w:r>
        <w:rPr>
          <w:lang w:eastAsia="ko-KR"/>
        </w:rPr>
        <w:t xml:space="preserve"> </w:t>
      </w:r>
      <w:r>
        <w:rPr>
          <w:lang w:eastAsia="ko-KR"/>
        </w:rPr>
        <w:t>작성</w:t>
      </w:r>
      <w:r>
        <w:rPr>
          <w:lang w:eastAsia="ko-KR"/>
        </w:rPr>
        <w:t xml:space="preserve"> </w:t>
      </w:r>
      <w:r>
        <w:rPr>
          <w:lang w:eastAsia="ko-KR"/>
        </w:rPr>
        <w:t>중</w:t>
      </w:r>
      <w:r>
        <w:rPr>
          <w:lang w:eastAsia="ko-KR"/>
        </w:rPr>
        <w:t xml:space="preserve">    □ </w:t>
      </w:r>
      <w:r>
        <w:rPr>
          <w:lang w:eastAsia="ko-KR"/>
        </w:rPr>
        <w:t>논문</w:t>
      </w:r>
      <w:r w:rsidR="00D51570">
        <w:rPr>
          <w:rFonts w:hint="eastAsia"/>
          <w:lang w:eastAsia="ko-KR"/>
        </w:rPr>
        <w:t xml:space="preserve"> </w:t>
      </w:r>
      <w:r w:rsidR="00D51570">
        <w:rPr>
          <w:rFonts w:hint="eastAsia"/>
          <w:lang w:eastAsia="ko-KR"/>
        </w:rPr>
        <w:t>작성</w:t>
      </w:r>
      <w:r w:rsidR="00D51570">
        <w:rPr>
          <w:rFonts w:hint="eastAsia"/>
          <w:lang w:eastAsia="ko-KR"/>
        </w:rPr>
        <w:t xml:space="preserve"> </w:t>
      </w:r>
      <w:r w:rsidR="00D51570">
        <w:rPr>
          <w:rFonts w:hint="eastAsia"/>
          <w:lang w:eastAsia="ko-KR"/>
        </w:rPr>
        <w:t>완료</w:t>
      </w:r>
    </w:p>
    <w:p w:rsidR="009F4A41" w:rsidRDefault="00000000">
      <w:pPr>
        <w:spacing w:after="0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기타</w:t>
      </w:r>
      <w:r>
        <w:rPr>
          <w:lang w:eastAsia="ko-KR"/>
        </w:rPr>
        <w:t>: ________________________________________________</w:t>
      </w:r>
    </w:p>
    <w:p w:rsidR="009F4A41" w:rsidRDefault="009F4A41">
      <w:pPr>
        <w:spacing w:after="0"/>
      </w:pPr>
    </w:p>
    <w:sectPr w:rsidR="009F4A41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4574961">
    <w:abstractNumId w:val="8"/>
  </w:num>
  <w:num w:numId="2" w16cid:durableId="802768926">
    <w:abstractNumId w:val="6"/>
  </w:num>
  <w:num w:numId="3" w16cid:durableId="904922767">
    <w:abstractNumId w:val="5"/>
  </w:num>
  <w:num w:numId="4" w16cid:durableId="1384131803">
    <w:abstractNumId w:val="4"/>
  </w:num>
  <w:num w:numId="5" w16cid:durableId="1733967670">
    <w:abstractNumId w:val="7"/>
  </w:num>
  <w:num w:numId="6" w16cid:durableId="885067863">
    <w:abstractNumId w:val="3"/>
  </w:num>
  <w:num w:numId="7" w16cid:durableId="1726753682">
    <w:abstractNumId w:val="2"/>
  </w:num>
  <w:num w:numId="8" w16cid:durableId="1277642397">
    <w:abstractNumId w:val="1"/>
  </w:num>
  <w:num w:numId="9" w16cid:durableId="159345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4CEE"/>
    <w:rsid w:val="0029639D"/>
    <w:rsid w:val="00326F90"/>
    <w:rsid w:val="00367C16"/>
    <w:rsid w:val="004871D0"/>
    <w:rsid w:val="005A21BA"/>
    <w:rsid w:val="00954374"/>
    <w:rsid w:val="009F4A41"/>
    <w:rsid w:val="00AA1D8D"/>
    <w:rsid w:val="00B47730"/>
    <w:rsid w:val="00CB0664"/>
    <w:rsid w:val="00CF7936"/>
    <w:rsid w:val="00D515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41564B"/>
  <w14:defaultImageDpi w14:val="300"/>
  <w15:docId w15:val="{CF037802-1D14-C345-8F2D-4C613FCB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Malgun Gothic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a1"/>
    <w:rsid w:val="00954374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MING ZENG [교원 / 정치외교학과]</cp:lastModifiedBy>
  <cp:revision>7</cp:revision>
  <dcterms:created xsi:type="dcterms:W3CDTF">2013-12-23T23:15:00Z</dcterms:created>
  <dcterms:modified xsi:type="dcterms:W3CDTF">2026-08-10T06:20:00Z</dcterms:modified>
  <cp:category/>
</cp:coreProperties>
</file>