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4CC4" w14:textId="77777777" w:rsidR="00A201E0" w:rsidRDefault="00000000">
      <w:pPr>
        <w:spacing w:after="40"/>
        <w:jc w:val="center"/>
        <w:rPr>
          <w:lang w:eastAsia="ko-KR"/>
        </w:rPr>
      </w:pPr>
      <w:r>
        <w:rPr>
          <w:rFonts w:ascii="Arial" w:eastAsia="Arial" w:hAnsi="Arial"/>
          <w:color w:val="999999"/>
          <w:sz w:val="20"/>
          <w:lang w:eastAsia="ko-KR"/>
        </w:rPr>
        <w:t>Graduate Research Grant</w:t>
      </w:r>
    </w:p>
    <w:p w14:paraId="63FAEBBE" w14:textId="77777777" w:rsidR="00A201E0" w:rsidRDefault="00000000">
      <w:pPr>
        <w:spacing w:after="80"/>
        <w:jc w:val="center"/>
        <w:rPr>
          <w:lang w:eastAsia="ko-KR"/>
        </w:rPr>
      </w:pPr>
      <w:r>
        <w:rPr>
          <w:rFonts w:ascii="Malgun Gothic" w:eastAsia="Malgun Gothic" w:hAnsi="Malgun Gothic"/>
          <w:b/>
          <w:color w:val="8B0029"/>
          <w:sz w:val="32"/>
          <w:lang w:eastAsia="ko-KR"/>
        </w:rPr>
        <w:t>연구 지원 그랜트 지원서 및 연구계획서</w:t>
      </w:r>
    </w:p>
    <w:p w14:paraId="2C32D17C" w14:textId="77777777" w:rsidR="00A201E0" w:rsidRDefault="00000000">
      <w:pPr>
        <w:spacing w:after="40"/>
        <w:jc w:val="center"/>
        <w:rPr>
          <w:lang w:eastAsia="ko-KR"/>
        </w:rPr>
      </w:pPr>
      <w:r>
        <w:rPr>
          <w:rFonts w:ascii="Malgun Gothic" w:eastAsia="Malgun Gothic" w:hAnsi="Malgun Gothic"/>
          <w:color w:val="999999"/>
          <w:sz w:val="18"/>
          <w:lang w:eastAsia="ko-KR"/>
        </w:rPr>
        <w:t>2026학년도 2학기 — 고려대학교 정치외교학과</w:t>
      </w:r>
    </w:p>
    <w:p w14:paraId="349B4662" w14:textId="77777777" w:rsidR="00A201E0" w:rsidRDefault="00A201E0">
      <w:pPr>
        <w:pBdr>
          <w:bottom w:val="single" w:sz="12" w:space="1" w:color="8B0029"/>
        </w:pBdr>
        <w:spacing w:before="80" w:after="240"/>
        <w:rPr>
          <w:lang w:eastAsia="ko-KR"/>
        </w:rPr>
      </w:pPr>
    </w:p>
    <w:p w14:paraId="43E7EA41" w14:textId="77777777" w:rsidR="00A201E0" w:rsidRDefault="00000000">
      <w:pPr>
        <w:spacing w:before="160" w:after="120"/>
        <w:rPr>
          <w:lang w:eastAsia="ko-KR"/>
        </w:rPr>
      </w:pPr>
      <w:r>
        <w:rPr>
          <w:rFonts w:ascii="Malgun Gothic" w:eastAsia="Malgun Gothic" w:hAnsi="Malgun Gothic"/>
          <w:b/>
          <w:color w:val="8B0029"/>
          <w:sz w:val="24"/>
          <w:lang w:eastAsia="ko-KR"/>
        </w:rPr>
        <w:t>1. 지원 유형</w:t>
      </w:r>
    </w:p>
    <w:p w14:paraId="3312927C" w14:textId="77777777" w:rsidR="00A201E0" w:rsidRDefault="00000000">
      <w:pPr>
        <w:spacing w:after="80"/>
        <w:rPr>
          <w:lang w:eastAsia="ko-KR"/>
        </w:rPr>
      </w:pPr>
      <w:r>
        <w:rPr>
          <w:rFonts w:ascii="Malgun Gothic" w:eastAsia="Malgun Gothic" w:hAnsi="Malgun Gothic"/>
          <w:b/>
          <w:sz w:val="20"/>
          <w:lang w:eastAsia="ko-KR"/>
        </w:rPr>
        <w:t xml:space="preserve">☐  Mini Grant </w:t>
      </w:r>
      <w:r>
        <w:rPr>
          <w:rFonts w:ascii="Malgun Gothic" w:eastAsia="Malgun Gothic" w:hAnsi="Malgun Gothic"/>
          <w:color w:val="999999"/>
          <w:sz w:val="18"/>
          <w:lang w:eastAsia="ko-KR"/>
        </w:rPr>
        <w:t>(최대 50만원 — AI 도구 사용료 지원)</w:t>
      </w:r>
    </w:p>
    <w:p w14:paraId="6A8A74D6" w14:textId="77777777" w:rsidR="00A201E0" w:rsidRDefault="00000000">
      <w:pPr>
        <w:rPr>
          <w:lang w:eastAsia="ko-KR"/>
        </w:rPr>
      </w:pPr>
      <w:r>
        <w:rPr>
          <w:rFonts w:ascii="Malgun Gothic" w:eastAsia="Malgun Gothic" w:hAnsi="Malgun Gothic"/>
          <w:b/>
          <w:sz w:val="20"/>
          <w:lang w:eastAsia="ko-KR"/>
        </w:rPr>
        <w:t xml:space="preserve">☐  Standard Grant </w:t>
      </w:r>
      <w:r>
        <w:rPr>
          <w:rFonts w:ascii="Malgun Gothic" w:eastAsia="Malgun Gothic" w:hAnsi="Malgun Gothic"/>
          <w:color w:val="999999"/>
          <w:sz w:val="18"/>
          <w:lang w:eastAsia="ko-KR"/>
        </w:rPr>
        <w:t xml:space="preserve">(최대 300만원 — </w:t>
      </w:r>
      <w:proofErr w:type="spellStart"/>
      <w:r>
        <w:rPr>
          <w:rFonts w:ascii="Malgun Gothic" w:eastAsia="Malgun Gothic" w:hAnsi="Malgun Gothic"/>
          <w:color w:val="999999"/>
          <w:sz w:val="18"/>
          <w:lang w:eastAsia="ko-KR"/>
        </w:rPr>
        <w:t>서베이</w:t>
      </w:r>
      <w:proofErr w:type="spellEnd"/>
      <w:r>
        <w:rPr>
          <w:rFonts w:ascii="Malgun Gothic" w:eastAsia="Malgun Gothic" w:hAnsi="Malgun Gothic"/>
          <w:color w:val="999999"/>
          <w:sz w:val="18"/>
          <w:lang w:eastAsia="ko-KR"/>
        </w:rPr>
        <w:t>, FGI(Focus Group Interview), 실험, 데이터 구매 등)</w:t>
      </w:r>
    </w:p>
    <w:p w14:paraId="5CB1351E" w14:textId="77777777" w:rsidR="00A201E0" w:rsidRDefault="00000000">
      <w:pPr>
        <w:spacing w:before="160" w:after="120"/>
      </w:pPr>
      <w:r>
        <w:rPr>
          <w:rFonts w:ascii="Malgun Gothic" w:eastAsia="Malgun Gothic" w:hAnsi="Malgun Gothic"/>
          <w:b/>
          <w:color w:val="8B0029"/>
          <w:sz w:val="24"/>
        </w:rPr>
        <w:t>2. 지원자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3827"/>
        <w:gridCol w:w="1639"/>
        <w:gridCol w:w="2436"/>
      </w:tblGrid>
      <w:tr w:rsidR="00A201E0" w14:paraId="511FBE12" w14:textId="77777777" w:rsidTr="00CF5168">
        <w:trPr>
          <w:jc w:val="center"/>
        </w:trPr>
        <w:tc>
          <w:tcPr>
            <w:tcW w:w="18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154FB803" w14:textId="77777777" w:rsidR="00A201E0" w:rsidRDefault="00000000">
            <w:pPr>
              <w:spacing w:before="40" w:after="40"/>
              <w:jc w:val="center"/>
            </w:pPr>
            <w:proofErr w:type="spellStart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성명</w:t>
            </w:r>
            <w:proofErr w:type="spellEnd"/>
          </w:p>
        </w:tc>
        <w:tc>
          <w:tcPr>
            <w:tcW w:w="38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E530516" w14:textId="77777777" w:rsidR="00A201E0" w:rsidRDefault="00A201E0">
            <w:pPr>
              <w:spacing w:before="40" w:after="40"/>
            </w:pP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41F6E719" w14:textId="77777777" w:rsidR="00A201E0" w:rsidRDefault="00000000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학번</w:t>
            </w:r>
          </w:p>
        </w:tc>
        <w:tc>
          <w:tcPr>
            <w:tcW w:w="24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80C7636" w14:textId="77777777" w:rsidR="00A201E0" w:rsidRDefault="00A201E0">
            <w:pPr>
              <w:spacing w:before="40" w:after="40"/>
            </w:pPr>
          </w:p>
        </w:tc>
      </w:tr>
      <w:tr w:rsidR="00A201E0" w14:paraId="6E024E06" w14:textId="77777777" w:rsidTr="00CF5168">
        <w:trPr>
          <w:jc w:val="center"/>
        </w:trPr>
        <w:tc>
          <w:tcPr>
            <w:tcW w:w="18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49CBAB2E" w14:textId="77777777" w:rsidR="00A201E0" w:rsidRDefault="00000000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과정</w:t>
            </w:r>
          </w:p>
        </w:tc>
        <w:tc>
          <w:tcPr>
            <w:tcW w:w="38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572DA1B" w14:textId="77777777" w:rsidR="00A201E0" w:rsidRDefault="00000000">
            <w:pPr>
              <w:spacing w:before="40" w:after="40"/>
            </w:pPr>
            <w:r>
              <w:rPr>
                <w:rFonts w:ascii="Malgun Gothic" w:eastAsia="Malgun Gothic" w:hAnsi="Malgun Gothic"/>
                <w:color w:val="333333"/>
                <w:sz w:val="19"/>
              </w:rPr>
              <w:t>☐ 석사   ☐ 박사   ☐ 석박통합</w:t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422601D8" w14:textId="77777777" w:rsidR="00A201E0" w:rsidRDefault="00000000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학기</w:t>
            </w:r>
          </w:p>
        </w:tc>
        <w:tc>
          <w:tcPr>
            <w:tcW w:w="24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21929C" w14:textId="77777777" w:rsidR="00A201E0" w:rsidRDefault="00A201E0">
            <w:pPr>
              <w:spacing w:before="40" w:after="40"/>
            </w:pPr>
          </w:p>
        </w:tc>
      </w:tr>
      <w:tr w:rsidR="00A201E0" w14:paraId="009693C9" w14:textId="77777777" w:rsidTr="00CF5168">
        <w:trPr>
          <w:jc w:val="center"/>
        </w:trPr>
        <w:tc>
          <w:tcPr>
            <w:tcW w:w="18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697836D6" w14:textId="70CCAABC" w:rsidR="00A201E0" w:rsidRDefault="00000000" w:rsidP="00CF5168">
            <w:pPr>
              <w:spacing w:before="40" w:after="40"/>
              <w:jc w:val="center"/>
            </w:pPr>
            <w:proofErr w:type="spellStart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이메일</w:t>
            </w:r>
            <w:proofErr w:type="spellEnd"/>
          </w:p>
        </w:tc>
        <w:tc>
          <w:tcPr>
            <w:tcW w:w="790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3DC96EB" w14:textId="77777777" w:rsidR="00A201E0" w:rsidRDefault="00A201E0">
            <w:pPr>
              <w:spacing w:before="40" w:after="40"/>
            </w:pPr>
          </w:p>
        </w:tc>
      </w:tr>
      <w:tr w:rsidR="00CF5168" w14:paraId="1A3E3A8D" w14:textId="77777777" w:rsidTr="00CF5168">
        <w:trPr>
          <w:jc w:val="center"/>
        </w:trPr>
        <w:tc>
          <w:tcPr>
            <w:tcW w:w="18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65849490" w14:textId="511BA8A4" w:rsidR="00CF5168" w:rsidRDefault="00CF5168" w:rsidP="00CF5168">
            <w:pPr>
              <w:spacing w:before="40" w:after="40"/>
              <w:jc w:val="center"/>
              <w:rPr>
                <w:rFonts w:ascii="Malgun Gothic" w:eastAsia="Malgun Gothic" w:hAnsi="Malgun Gothic"/>
                <w:b/>
                <w:color w:val="333333"/>
                <w:sz w:val="19"/>
                <w:lang w:eastAsia="ko-KR"/>
              </w:rPr>
            </w:pPr>
            <w:r>
              <w:rPr>
                <w:rFonts w:ascii="Malgun Gothic" w:eastAsia="Malgun Gothic" w:hAnsi="Malgun Gothic" w:hint="eastAsia"/>
                <w:b/>
                <w:color w:val="333333"/>
                <w:sz w:val="19"/>
                <w:lang w:eastAsia="ko-KR"/>
              </w:rPr>
              <w:t>휴대폰</w:t>
            </w:r>
          </w:p>
        </w:tc>
        <w:tc>
          <w:tcPr>
            <w:tcW w:w="790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A445359" w14:textId="77777777" w:rsidR="00CF5168" w:rsidRDefault="00CF5168">
            <w:pPr>
              <w:spacing w:before="40" w:after="40"/>
            </w:pPr>
          </w:p>
        </w:tc>
      </w:tr>
      <w:tr w:rsidR="00A201E0" w14:paraId="53B15F86" w14:textId="77777777" w:rsidTr="00CF5168">
        <w:trPr>
          <w:jc w:val="center"/>
        </w:trPr>
        <w:tc>
          <w:tcPr>
            <w:tcW w:w="18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2BB03467" w14:textId="6E8ACB28" w:rsidR="00A201E0" w:rsidRDefault="00CF5168">
            <w:pPr>
              <w:spacing w:before="40" w:after="40"/>
              <w:jc w:val="center"/>
            </w:pPr>
            <w:r>
              <w:rPr>
                <w:rFonts w:ascii="Malgun Gothic" w:eastAsia="Malgun Gothic" w:hAnsi="Malgun Gothic" w:hint="eastAsia"/>
                <w:b/>
                <w:color w:val="333333"/>
                <w:sz w:val="19"/>
                <w:lang w:eastAsia="ko-KR"/>
              </w:rPr>
              <w:t xml:space="preserve">프로젝트 </w:t>
            </w:r>
            <w:proofErr w:type="spellStart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지도교수</w:t>
            </w:r>
            <w:proofErr w:type="spellEnd"/>
          </w:p>
        </w:tc>
        <w:tc>
          <w:tcPr>
            <w:tcW w:w="790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1D7179B" w14:textId="77777777" w:rsidR="00A201E0" w:rsidRDefault="00A201E0">
            <w:pPr>
              <w:spacing w:before="40" w:after="40"/>
            </w:pPr>
          </w:p>
        </w:tc>
      </w:tr>
    </w:tbl>
    <w:p w14:paraId="3992AC36" w14:textId="18A10C04" w:rsidR="00CF5168" w:rsidRDefault="00CF5168" w:rsidP="00FD4D6D">
      <w:pPr>
        <w:spacing w:after="0"/>
        <w:rPr>
          <w:rFonts w:ascii="Malgun Gothic" w:eastAsia="Malgun Gothic" w:hAnsi="Malgun Gothic"/>
          <w:color w:val="999999"/>
          <w:sz w:val="16"/>
          <w:lang w:eastAsia="ko-KR"/>
        </w:rPr>
      </w:pPr>
      <w:r>
        <w:rPr>
          <w:rFonts w:ascii="Malgun Gothic" w:eastAsia="Malgun Gothic" w:hAnsi="Malgun Gothic"/>
          <w:color w:val="999999"/>
          <w:sz w:val="16"/>
          <w:lang w:eastAsia="ko-KR"/>
        </w:rPr>
        <w:t xml:space="preserve">* </w:t>
      </w:r>
      <w:r>
        <w:rPr>
          <w:rFonts w:ascii="Malgun Gothic" w:eastAsia="Malgun Gothic" w:hAnsi="Malgun Gothic" w:hint="eastAsia"/>
          <w:color w:val="999999"/>
          <w:sz w:val="16"/>
          <w:lang w:eastAsia="ko-KR"/>
        </w:rPr>
        <w:t>프로젝트 지도교수</w:t>
      </w:r>
      <w:r>
        <w:rPr>
          <w:rFonts w:ascii="Malgun Gothic" w:eastAsia="Malgun Gothic" w:hAnsi="Malgun Gothic"/>
          <w:color w:val="999999"/>
          <w:sz w:val="16"/>
          <w:lang w:eastAsia="ko-KR"/>
        </w:rPr>
        <w:t>: 본 연구</w:t>
      </w:r>
      <w:r>
        <w:rPr>
          <w:rFonts w:ascii="Malgun Gothic" w:eastAsia="Malgun Gothic" w:hAnsi="Malgun Gothic" w:hint="eastAsia"/>
          <w:color w:val="999999"/>
          <w:sz w:val="16"/>
          <w:lang w:eastAsia="ko-KR"/>
        </w:rPr>
        <w:t xml:space="preserve"> 과제를 지도하는 지도교수. 본인의 학위 프로그램 지도교수와 달라도 무방. </w:t>
      </w:r>
    </w:p>
    <w:p w14:paraId="2A7C8947" w14:textId="176705F5" w:rsidR="0095110C" w:rsidRDefault="0095110C" w:rsidP="00FD4D6D">
      <w:pPr>
        <w:spacing w:after="0"/>
        <w:rPr>
          <w:lang w:eastAsia="ko-KR"/>
        </w:rPr>
      </w:pPr>
      <w:r>
        <w:rPr>
          <w:rFonts w:ascii="Malgun Gothic" w:eastAsia="Malgun Gothic" w:hAnsi="Malgun Gothic" w:hint="eastAsia"/>
          <w:color w:val="999999"/>
          <w:sz w:val="16"/>
          <w:lang w:eastAsia="ko-KR"/>
        </w:rPr>
        <w:t>* 공동연구일 경우 행을 추가해서 모든 지원자의 정보를 기입.</w:t>
      </w:r>
    </w:p>
    <w:p w14:paraId="56AA8171" w14:textId="5DA0C30D" w:rsidR="00A201E0" w:rsidRDefault="00000000">
      <w:pPr>
        <w:spacing w:before="280" w:after="120"/>
      </w:pPr>
      <w:r>
        <w:rPr>
          <w:rFonts w:ascii="Malgun Gothic" w:eastAsia="Malgun Gothic" w:hAnsi="Malgun Gothic"/>
          <w:b/>
          <w:color w:val="8B0029"/>
          <w:sz w:val="24"/>
        </w:rPr>
        <w:t xml:space="preserve">3. </w:t>
      </w:r>
      <w:proofErr w:type="spellStart"/>
      <w:r>
        <w:rPr>
          <w:rFonts w:ascii="Malgun Gothic" w:eastAsia="Malgun Gothic" w:hAnsi="Malgun Gothic"/>
          <w:b/>
          <w:color w:val="8B0029"/>
          <w:sz w:val="24"/>
        </w:rPr>
        <w:t>연구</w:t>
      </w:r>
      <w:proofErr w:type="spellEnd"/>
      <w:r>
        <w:rPr>
          <w:rFonts w:ascii="Malgun Gothic" w:eastAsia="Malgun Gothic" w:hAnsi="Malgun Gothic"/>
          <w:b/>
          <w:color w:val="8B0029"/>
          <w:sz w:val="24"/>
        </w:rPr>
        <w:t xml:space="preserve"> </w:t>
      </w:r>
      <w:proofErr w:type="spellStart"/>
      <w:r>
        <w:rPr>
          <w:rFonts w:ascii="Malgun Gothic" w:eastAsia="Malgun Gothic" w:hAnsi="Malgun Gothic"/>
          <w:b/>
          <w:color w:val="8B0029"/>
          <w:sz w:val="24"/>
        </w:rPr>
        <w:t>개요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7903"/>
      </w:tblGrid>
      <w:tr w:rsidR="00A201E0" w14:paraId="30CC233B" w14:textId="77777777" w:rsidTr="00920F49">
        <w:trPr>
          <w:jc w:val="center"/>
        </w:trPr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6634A18B" w14:textId="77777777" w:rsidR="00A201E0" w:rsidRDefault="00000000">
            <w:pPr>
              <w:spacing w:before="40" w:after="40"/>
              <w:jc w:val="center"/>
            </w:pPr>
            <w:proofErr w:type="spellStart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연구</w:t>
            </w:r>
            <w:proofErr w:type="spellEnd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제목</w:t>
            </w:r>
            <w:proofErr w:type="spellEnd"/>
          </w:p>
        </w:tc>
        <w:tc>
          <w:tcPr>
            <w:tcW w:w="79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C263501" w14:textId="77777777" w:rsidR="00A201E0" w:rsidRDefault="00A201E0">
            <w:pPr>
              <w:spacing w:before="40" w:after="40"/>
            </w:pPr>
          </w:p>
        </w:tc>
      </w:tr>
      <w:tr w:rsidR="00A201E0" w14:paraId="63B9D082" w14:textId="77777777" w:rsidTr="00920F49">
        <w:trPr>
          <w:jc w:val="center"/>
        </w:trPr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22706D4C" w14:textId="2044C6A0" w:rsidR="00A201E0" w:rsidRDefault="00920F49">
            <w:pPr>
              <w:spacing w:before="40" w:after="40"/>
              <w:jc w:val="center"/>
            </w:pPr>
            <w:r>
              <w:rPr>
                <w:rFonts w:ascii="Malgun Gothic" w:eastAsia="Malgun Gothic" w:hAnsi="Malgun Gothic" w:hint="eastAsia"/>
                <w:b/>
                <w:color w:val="333333"/>
                <w:sz w:val="19"/>
                <w:lang w:eastAsia="ko-KR"/>
              </w:rPr>
              <w:t>목표</w:t>
            </w: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저널</w:t>
            </w:r>
            <w:proofErr w:type="spellEnd"/>
          </w:p>
        </w:tc>
        <w:tc>
          <w:tcPr>
            <w:tcW w:w="79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E1DAE70" w14:textId="77777777" w:rsidR="00A201E0" w:rsidRDefault="00A201E0">
            <w:pPr>
              <w:spacing w:before="40" w:after="40"/>
            </w:pPr>
          </w:p>
        </w:tc>
      </w:tr>
    </w:tbl>
    <w:p w14:paraId="6A80F28D" w14:textId="64FA62D8" w:rsidR="00A201E0" w:rsidRDefault="00000000">
      <w:pPr>
        <w:spacing w:before="40" w:after="80"/>
        <w:rPr>
          <w:lang w:eastAsia="ko-KR"/>
        </w:rPr>
      </w:pPr>
      <w:r>
        <w:rPr>
          <w:rFonts w:ascii="Malgun Gothic" w:eastAsia="Malgun Gothic" w:hAnsi="Malgun Gothic"/>
          <w:color w:val="999999"/>
          <w:sz w:val="16"/>
          <w:lang w:eastAsia="ko-KR"/>
        </w:rPr>
        <w:t>* 타겟 저널: 본 연구의 결과물을 투고할 목표 학술지 기재(국내/국제 모두 가능).</w:t>
      </w:r>
    </w:p>
    <w:p w14:paraId="6FE5F791" w14:textId="77777777" w:rsidR="00A201E0" w:rsidRDefault="00000000">
      <w:pPr>
        <w:spacing w:before="280" w:after="120"/>
        <w:rPr>
          <w:lang w:eastAsia="ko-KR"/>
        </w:rPr>
      </w:pPr>
      <w:r>
        <w:rPr>
          <w:rFonts w:ascii="Malgun Gothic" w:eastAsia="Malgun Gothic" w:hAnsi="Malgun Gothic"/>
          <w:b/>
          <w:color w:val="8B0029"/>
          <w:sz w:val="24"/>
          <w:lang w:eastAsia="ko-KR"/>
        </w:rPr>
        <w:t>4. 연구 계획</w:t>
      </w:r>
    </w:p>
    <w:p w14:paraId="6457688A" w14:textId="77777777" w:rsidR="00A201E0" w:rsidRDefault="00000000">
      <w:pPr>
        <w:spacing w:after="120"/>
        <w:rPr>
          <w:lang w:eastAsia="ko-KR"/>
        </w:rPr>
      </w:pPr>
      <w:r>
        <w:rPr>
          <w:rFonts w:ascii="Malgun Gothic" w:eastAsia="Malgun Gothic" w:hAnsi="Malgun Gothic"/>
          <w:color w:val="999999"/>
          <w:sz w:val="18"/>
          <w:lang w:eastAsia="ko-KR"/>
        </w:rPr>
        <w:t>[작성 안내]</w:t>
      </w:r>
      <w:r>
        <w:rPr>
          <w:rFonts w:ascii="Malgun Gothic" w:eastAsia="Malgun Gothic" w:hAnsi="Malgun Gothic"/>
          <w:color w:val="999999"/>
          <w:sz w:val="18"/>
          <w:lang w:eastAsia="ko-KR"/>
        </w:rPr>
        <w:br/>
        <w:t>· 연구 배경 및 목적</w:t>
      </w:r>
      <w:r>
        <w:rPr>
          <w:rFonts w:ascii="Malgun Gothic" w:eastAsia="Malgun Gothic" w:hAnsi="Malgun Gothic"/>
          <w:color w:val="999999"/>
          <w:sz w:val="18"/>
          <w:lang w:eastAsia="ko-KR"/>
        </w:rPr>
        <w:br/>
        <w:t>· 연구 질문 및 가설</w:t>
      </w:r>
      <w:r>
        <w:rPr>
          <w:rFonts w:ascii="Malgun Gothic" w:eastAsia="Malgun Gothic" w:hAnsi="Malgun Gothic"/>
          <w:color w:val="999999"/>
          <w:sz w:val="18"/>
          <w:lang w:eastAsia="ko-KR"/>
        </w:rPr>
        <w:br/>
        <w:t>· 연구 방법 (데이터 수집 방법, 분석 방법 등)</w:t>
      </w:r>
      <w:r>
        <w:rPr>
          <w:rFonts w:ascii="Malgun Gothic" w:eastAsia="Malgun Gothic" w:hAnsi="Malgun Gothic"/>
          <w:color w:val="999999"/>
          <w:sz w:val="18"/>
          <w:lang w:eastAsia="ko-KR"/>
        </w:rPr>
        <w:br/>
        <w:t>· 기대 성과</w:t>
      </w:r>
      <w:r>
        <w:rPr>
          <w:rFonts w:ascii="Malgun Gothic" w:eastAsia="Malgun Gothic" w:hAnsi="Malgun Gothic"/>
          <w:color w:val="999999"/>
          <w:sz w:val="18"/>
          <w:lang w:eastAsia="ko-KR"/>
        </w:rPr>
        <w:br/>
      </w:r>
      <w:r>
        <w:rPr>
          <w:rFonts w:ascii="Malgun Gothic" w:eastAsia="Malgun Gothic" w:hAnsi="Malgun Gothic"/>
          <w:color w:val="999999"/>
          <w:sz w:val="18"/>
          <w:lang w:eastAsia="ko-KR"/>
        </w:rPr>
        <w:br/>
        <w:t>(1~2페이지 이내 자유 서술)</w:t>
      </w:r>
    </w:p>
    <w:p w14:paraId="5B7376DE" w14:textId="77777777" w:rsidR="00A201E0" w:rsidRDefault="00A201E0">
      <w:pPr>
        <w:spacing w:after="240"/>
        <w:rPr>
          <w:lang w:eastAsia="ko-KR"/>
        </w:rPr>
      </w:pPr>
    </w:p>
    <w:p w14:paraId="56C434B6" w14:textId="77777777" w:rsidR="00A201E0" w:rsidRDefault="00000000">
      <w:pPr>
        <w:spacing w:before="280" w:after="120"/>
      </w:pPr>
      <w:r>
        <w:rPr>
          <w:rFonts w:ascii="Malgun Gothic" w:eastAsia="Malgun Gothic" w:hAnsi="Malgun Gothic"/>
          <w:b/>
          <w:color w:val="8B0029"/>
          <w:sz w:val="24"/>
        </w:rPr>
        <w:lastRenderedPageBreak/>
        <w:t xml:space="preserve">5. </w:t>
      </w:r>
      <w:proofErr w:type="spellStart"/>
      <w:r>
        <w:rPr>
          <w:rFonts w:ascii="Malgun Gothic" w:eastAsia="Malgun Gothic" w:hAnsi="Malgun Gothic"/>
          <w:b/>
          <w:color w:val="8B0029"/>
          <w:sz w:val="24"/>
        </w:rPr>
        <w:t>예산</w:t>
      </w:r>
      <w:proofErr w:type="spellEnd"/>
      <w:r>
        <w:rPr>
          <w:rFonts w:ascii="Malgun Gothic" w:eastAsia="Malgun Gothic" w:hAnsi="Malgun Gothic"/>
          <w:b/>
          <w:color w:val="8B0029"/>
          <w:sz w:val="24"/>
        </w:rPr>
        <w:t xml:space="preserve"> </w:t>
      </w:r>
      <w:proofErr w:type="spellStart"/>
      <w:r>
        <w:rPr>
          <w:rFonts w:ascii="Malgun Gothic" w:eastAsia="Malgun Gothic" w:hAnsi="Malgun Gothic"/>
          <w:b/>
          <w:color w:val="8B0029"/>
          <w:sz w:val="24"/>
        </w:rPr>
        <w:t>사용</w:t>
      </w:r>
      <w:proofErr w:type="spellEnd"/>
      <w:r>
        <w:rPr>
          <w:rFonts w:ascii="Malgun Gothic" w:eastAsia="Malgun Gothic" w:hAnsi="Malgun Gothic"/>
          <w:b/>
          <w:color w:val="8B0029"/>
          <w:sz w:val="24"/>
        </w:rPr>
        <w:t xml:space="preserve"> </w:t>
      </w:r>
      <w:proofErr w:type="spellStart"/>
      <w:r>
        <w:rPr>
          <w:rFonts w:ascii="Malgun Gothic" w:eastAsia="Malgun Gothic" w:hAnsi="Malgun Gothic"/>
          <w:b/>
          <w:color w:val="8B0029"/>
          <w:sz w:val="24"/>
        </w:rPr>
        <w:t>계획</w:t>
      </w:r>
      <w:proofErr w:type="spellEnd"/>
    </w:p>
    <w:tbl>
      <w:tblPr>
        <w:tblW w:w="9721" w:type="dxa"/>
        <w:jc w:val="center"/>
        <w:tblLook w:val="04A0" w:firstRow="1" w:lastRow="0" w:firstColumn="1" w:lastColumn="0" w:noHBand="0" w:noVBand="1"/>
      </w:tblPr>
      <w:tblGrid>
        <w:gridCol w:w="2342"/>
        <w:gridCol w:w="4323"/>
        <w:gridCol w:w="1710"/>
        <w:gridCol w:w="1346"/>
      </w:tblGrid>
      <w:tr w:rsidR="00AC7CAA" w14:paraId="0E1A1E2E" w14:textId="77777777" w:rsidTr="00AC7CAA">
        <w:trPr>
          <w:trHeight w:val="432"/>
          <w:jc w:val="center"/>
        </w:trPr>
        <w:tc>
          <w:tcPr>
            <w:tcW w:w="2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3816CE67" w14:textId="77777777" w:rsidR="00AC7CAA" w:rsidRDefault="00AC7CAA" w:rsidP="00AC7CAA">
            <w:pPr>
              <w:spacing w:before="40" w:after="40"/>
              <w:jc w:val="center"/>
            </w:pPr>
            <w:proofErr w:type="spellStart"/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항목</w:t>
            </w:r>
            <w:proofErr w:type="spellEnd"/>
          </w:p>
        </w:tc>
        <w:tc>
          <w:tcPr>
            <w:tcW w:w="43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5DF92194" w14:textId="77777777" w:rsidR="00AC7CAA" w:rsidRDefault="00AC7CAA" w:rsidP="00AC7CAA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세부 내용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398A14A4" w14:textId="77777777" w:rsidR="00AC7CAA" w:rsidRDefault="00AC7CAA" w:rsidP="00AC7CAA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금액 (원)</w:t>
            </w:r>
          </w:p>
        </w:tc>
        <w:tc>
          <w:tcPr>
            <w:tcW w:w="1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0146A44F" w14:textId="77777777" w:rsidR="00AC7CAA" w:rsidRDefault="00AC7CAA" w:rsidP="00AC7CAA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비고</w:t>
            </w:r>
          </w:p>
        </w:tc>
      </w:tr>
      <w:tr w:rsidR="00AC7CAA" w14:paraId="47B6B948" w14:textId="77777777" w:rsidTr="00AC7CAA">
        <w:trPr>
          <w:trHeight w:val="625"/>
          <w:jc w:val="center"/>
        </w:trPr>
        <w:tc>
          <w:tcPr>
            <w:tcW w:w="2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53082B6" w14:textId="77777777" w:rsidR="00AC7CAA" w:rsidRDefault="00AC7CAA">
            <w:pPr>
              <w:spacing w:before="40" w:after="40"/>
            </w:pPr>
          </w:p>
        </w:tc>
        <w:tc>
          <w:tcPr>
            <w:tcW w:w="43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11336A2" w14:textId="77777777" w:rsidR="00AC7CAA" w:rsidRDefault="00AC7CAA">
            <w:pPr>
              <w:spacing w:before="40" w:after="40"/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9238AA7" w14:textId="77777777" w:rsidR="00AC7CAA" w:rsidRDefault="00AC7CAA">
            <w:pPr>
              <w:spacing w:before="40" w:after="40"/>
            </w:pPr>
          </w:p>
        </w:tc>
        <w:tc>
          <w:tcPr>
            <w:tcW w:w="1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38B07CA" w14:textId="77777777" w:rsidR="00AC7CAA" w:rsidRDefault="00AC7CAA">
            <w:pPr>
              <w:spacing w:before="40" w:after="40"/>
            </w:pPr>
          </w:p>
        </w:tc>
      </w:tr>
      <w:tr w:rsidR="00AC7CAA" w14:paraId="15DFE25D" w14:textId="77777777" w:rsidTr="00AC7CAA">
        <w:trPr>
          <w:trHeight w:val="625"/>
          <w:jc w:val="center"/>
        </w:trPr>
        <w:tc>
          <w:tcPr>
            <w:tcW w:w="2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2BC6CA7" w14:textId="77777777" w:rsidR="00AC7CAA" w:rsidRDefault="00AC7CAA">
            <w:pPr>
              <w:spacing w:before="40" w:after="40"/>
            </w:pPr>
          </w:p>
        </w:tc>
        <w:tc>
          <w:tcPr>
            <w:tcW w:w="43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1A10F79" w14:textId="77777777" w:rsidR="00AC7CAA" w:rsidRDefault="00AC7CAA">
            <w:pPr>
              <w:spacing w:before="40" w:after="40"/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ADB4F67" w14:textId="77777777" w:rsidR="00AC7CAA" w:rsidRDefault="00AC7CAA">
            <w:pPr>
              <w:spacing w:before="40" w:after="40"/>
            </w:pPr>
          </w:p>
        </w:tc>
        <w:tc>
          <w:tcPr>
            <w:tcW w:w="1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A81EFF8" w14:textId="77777777" w:rsidR="00AC7CAA" w:rsidRDefault="00AC7CAA">
            <w:pPr>
              <w:spacing w:before="40" w:after="40"/>
            </w:pPr>
          </w:p>
        </w:tc>
      </w:tr>
      <w:tr w:rsidR="00AC7CAA" w14:paraId="2FD5186E" w14:textId="77777777" w:rsidTr="00AC7CAA">
        <w:trPr>
          <w:trHeight w:val="625"/>
          <w:jc w:val="center"/>
        </w:trPr>
        <w:tc>
          <w:tcPr>
            <w:tcW w:w="2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C8745C9" w14:textId="77777777" w:rsidR="00AC7CAA" w:rsidRDefault="00AC7CAA">
            <w:pPr>
              <w:spacing w:before="40" w:after="40"/>
            </w:pPr>
          </w:p>
        </w:tc>
        <w:tc>
          <w:tcPr>
            <w:tcW w:w="43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C8D2222" w14:textId="77777777" w:rsidR="00AC7CAA" w:rsidRDefault="00AC7CAA">
            <w:pPr>
              <w:spacing w:before="40" w:after="40"/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D6364C3" w14:textId="77777777" w:rsidR="00AC7CAA" w:rsidRDefault="00AC7CAA">
            <w:pPr>
              <w:spacing w:before="40" w:after="40"/>
            </w:pPr>
          </w:p>
        </w:tc>
        <w:tc>
          <w:tcPr>
            <w:tcW w:w="1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91D9B20" w14:textId="77777777" w:rsidR="00AC7CAA" w:rsidRDefault="00AC7CAA">
            <w:pPr>
              <w:spacing w:before="40" w:after="40"/>
            </w:pPr>
          </w:p>
        </w:tc>
      </w:tr>
      <w:tr w:rsidR="00AC7CAA" w14:paraId="7AFAE201" w14:textId="77777777" w:rsidTr="00AC7CAA">
        <w:trPr>
          <w:trHeight w:val="654"/>
          <w:jc w:val="center"/>
        </w:trPr>
        <w:tc>
          <w:tcPr>
            <w:tcW w:w="2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853E4D4" w14:textId="77777777" w:rsidR="00AC7CAA" w:rsidRDefault="00AC7CAA">
            <w:pPr>
              <w:spacing w:before="40" w:after="40"/>
            </w:pPr>
          </w:p>
        </w:tc>
        <w:tc>
          <w:tcPr>
            <w:tcW w:w="43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57E5B40" w14:textId="77777777" w:rsidR="00AC7CAA" w:rsidRDefault="00AC7CAA">
            <w:pPr>
              <w:spacing w:before="40" w:after="40"/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B7F95F8" w14:textId="77777777" w:rsidR="00AC7CAA" w:rsidRDefault="00AC7CAA">
            <w:pPr>
              <w:spacing w:before="40" w:after="40"/>
            </w:pPr>
          </w:p>
        </w:tc>
        <w:tc>
          <w:tcPr>
            <w:tcW w:w="1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8A91E44" w14:textId="77777777" w:rsidR="00AC7CAA" w:rsidRDefault="00AC7CAA">
            <w:pPr>
              <w:spacing w:before="40" w:after="40"/>
            </w:pPr>
          </w:p>
        </w:tc>
      </w:tr>
      <w:tr w:rsidR="00AC7CAA" w14:paraId="0842D7DC" w14:textId="77777777" w:rsidTr="00AC7CAA">
        <w:trPr>
          <w:trHeight w:val="625"/>
          <w:jc w:val="center"/>
        </w:trPr>
        <w:tc>
          <w:tcPr>
            <w:tcW w:w="2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5CACA39" w14:textId="77777777" w:rsidR="00AC7CAA" w:rsidRDefault="00AC7CAA">
            <w:pPr>
              <w:spacing w:before="40" w:after="40"/>
            </w:pPr>
          </w:p>
        </w:tc>
        <w:tc>
          <w:tcPr>
            <w:tcW w:w="43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FBCBEFB" w14:textId="77777777" w:rsidR="00AC7CAA" w:rsidRDefault="00AC7CAA">
            <w:pPr>
              <w:spacing w:before="40" w:after="40"/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6F76798" w14:textId="77777777" w:rsidR="00AC7CAA" w:rsidRDefault="00AC7CAA">
            <w:pPr>
              <w:spacing w:before="40" w:after="40"/>
            </w:pPr>
          </w:p>
        </w:tc>
        <w:tc>
          <w:tcPr>
            <w:tcW w:w="1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C4E05D6" w14:textId="77777777" w:rsidR="00AC7CAA" w:rsidRDefault="00AC7CAA">
            <w:pPr>
              <w:spacing w:before="40" w:after="40"/>
            </w:pPr>
          </w:p>
        </w:tc>
      </w:tr>
      <w:tr w:rsidR="000F3D21" w14:paraId="17340A50" w14:textId="77777777" w:rsidTr="00AC7CAA">
        <w:trPr>
          <w:trHeight w:val="625"/>
          <w:jc w:val="center"/>
        </w:trPr>
        <w:tc>
          <w:tcPr>
            <w:tcW w:w="2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BEF49C1" w14:textId="77777777" w:rsidR="000F3D21" w:rsidRDefault="000F3D21">
            <w:pPr>
              <w:spacing w:before="40" w:after="40"/>
            </w:pPr>
          </w:p>
        </w:tc>
        <w:tc>
          <w:tcPr>
            <w:tcW w:w="43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ED59B8" w14:textId="77777777" w:rsidR="000F3D21" w:rsidRDefault="000F3D21">
            <w:pPr>
              <w:spacing w:before="40" w:after="40"/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D978AD5" w14:textId="77777777" w:rsidR="000F3D21" w:rsidRDefault="000F3D21">
            <w:pPr>
              <w:spacing w:before="40" w:after="40"/>
            </w:pPr>
          </w:p>
        </w:tc>
        <w:tc>
          <w:tcPr>
            <w:tcW w:w="13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9B606EA" w14:textId="77777777" w:rsidR="000F3D21" w:rsidRDefault="000F3D21">
            <w:pPr>
              <w:spacing w:before="40" w:after="40"/>
            </w:pPr>
          </w:p>
        </w:tc>
      </w:tr>
    </w:tbl>
    <w:p w14:paraId="7FF2D020" w14:textId="42A83CE7" w:rsidR="00A201E0" w:rsidRDefault="00000000">
      <w:pPr>
        <w:spacing w:before="40" w:after="80"/>
        <w:rPr>
          <w:lang w:eastAsia="ko-KR"/>
        </w:rPr>
      </w:pPr>
      <w:r>
        <w:rPr>
          <w:rFonts w:ascii="Malgun Gothic" w:eastAsia="Malgun Gothic" w:hAnsi="Malgun Gothic"/>
          <w:color w:val="999999"/>
          <w:sz w:val="16"/>
          <w:lang w:eastAsia="ko-KR"/>
        </w:rPr>
        <w:t>* Mini Grant: AI 도구 사용료 (</w:t>
      </w:r>
      <w:r w:rsidR="00AC7CAA">
        <w:rPr>
          <w:rFonts w:ascii="Malgun Gothic" w:eastAsia="Malgun Gothic" w:hAnsi="Malgun Gothic"/>
          <w:color w:val="999999"/>
          <w:sz w:val="16"/>
          <w:lang w:eastAsia="ko-KR"/>
        </w:rPr>
        <w:t>AI</w:t>
      </w:r>
      <w:r w:rsidR="00AC7CAA">
        <w:rPr>
          <w:rFonts w:ascii="Malgun Gothic" w:eastAsia="Malgun Gothic" w:hAnsi="Malgun Gothic" w:hint="eastAsia"/>
          <w:color w:val="999999"/>
          <w:sz w:val="16"/>
          <w:lang w:eastAsia="ko-KR"/>
        </w:rPr>
        <w:t xml:space="preserve"> 구독료, </w:t>
      </w:r>
      <w:r>
        <w:rPr>
          <w:rFonts w:ascii="Malgun Gothic" w:eastAsia="Malgun Gothic" w:hAnsi="Malgun Gothic"/>
          <w:color w:val="999999"/>
          <w:sz w:val="16"/>
          <w:lang w:eastAsia="ko-KR"/>
        </w:rPr>
        <w:t>API 호출, 클라우드 컴퓨팅 등) 항목을 기재하세요.</w:t>
      </w:r>
      <w:r w:rsidR="006F5FFE">
        <w:rPr>
          <w:rFonts w:ascii="Malgun Gothic" w:eastAsia="Malgun Gothic" w:hAnsi="Malgun Gothic" w:hint="eastAsia"/>
          <w:color w:val="999999"/>
          <w:sz w:val="16"/>
          <w:lang w:eastAsia="ko-KR"/>
        </w:rPr>
        <w:t xml:space="preserve"> </w:t>
      </w:r>
      <w:r w:rsidR="006F5FFE">
        <w:rPr>
          <w:rFonts w:ascii="Malgun Gothic" w:eastAsia="Malgun Gothic" w:hAnsi="Malgun Gothic"/>
          <w:color w:val="999999"/>
          <w:sz w:val="16"/>
          <w:lang w:eastAsia="ko-KR"/>
        </w:rPr>
        <w:t>필요 시 행을 추가하세요.</w:t>
      </w:r>
      <w:r>
        <w:rPr>
          <w:rFonts w:ascii="Malgun Gothic" w:eastAsia="Malgun Gothic" w:hAnsi="Malgun Gothic"/>
          <w:color w:val="999999"/>
          <w:sz w:val="16"/>
          <w:lang w:eastAsia="ko-KR"/>
        </w:rPr>
        <w:br/>
        <w:t xml:space="preserve">* Standard Grant: </w:t>
      </w:r>
      <w:proofErr w:type="spellStart"/>
      <w:r>
        <w:rPr>
          <w:rFonts w:ascii="Malgun Gothic" w:eastAsia="Malgun Gothic" w:hAnsi="Malgun Gothic"/>
          <w:color w:val="999999"/>
          <w:sz w:val="16"/>
          <w:lang w:eastAsia="ko-KR"/>
        </w:rPr>
        <w:t>서베이</w:t>
      </w:r>
      <w:proofErr w:type="spellEnd"/>
      <w:r>
        <w:rPr>
          <w:rFonts w:ascii="Malgun Gothic" w:eastAsia="Malgun Gothic" w:hAnsi="Malgun Gothic"/>
          <w:color w:val="999999"/>
          <w:sz w:val="16"/>
          <w:lang w:eastAsia="ko-KR"/>
        </w:rPr>
        <w:t>, FGI(Focus Group Interview), 실험, 데이터 구매 등 세부 항목별로 기재하세요. 필요 시 행을 추가하세요.</w:t>
      </w:r>
      <w:r>
        <w:rPr>
          <w:rFonts w:ascii="Malgun Gothic" w:eastAsia="Malgun Gothic" w:hAnsi="Malgun Gothic"/>
          <w:color w:val="999999"/>
          <w:sz w:val="16"/>
          <w:lang w:eastAsia="ko-KR"/>
        </w:rPr>
        <w:br/>
        <w:t>* AI 도구 사용료(Mini Grant)는 최대 50만원까지 지원되며, 실제 소요 예산을 정확히 산정하여 기재해야 합니다.</w:t>
      </w:r>
      <w:r>
        <w:rPr>
          <w:rFonts w:ascii="Malgun Gothic" w:eastAsia="Malgun Gothic" w:hAnsi="Malgun Gothic"/>
          <w:color w:val="999999"/>
          <w:sz w:val="16"/>
          <w:lang w:eastAsia="ko-KR"/>
        </w:rPr>
        <w:br/>
        <w:t>* 그랜트는 학생지원비로 지급되며, 관련 세법에 따라 제세공과금 8.8%를 원천징수한 후 실비로 지급됩니다. 다만 서베이 과제의 경우, 연구지원금을 서베이 업체에 직접 지급하는 것도 가능합니다.</w:t>
      </w:r>
      <w:r>
        <w:rPr>
          <w:rFonts w:ascii="Malgun Gothic" w:eastAsia="Malgun Gothic" w:hAnsi="Malgun Gothic"/>
          <w:color w:val="999999"/>
          <w:sz w:val="16"/>
          <w:lang w:eastAsia="ko-KR"/>
        </w:rPr>
        <w:br/>
        <w:t>* Standard Grant 중 서베이 과제는 신청 시점에 모든 설문 문항이 완성되어 있어야 하며, 2026년 11월까지 IRB 승인(신청이 아닌 최종 승인)을 받을 수 있는 연구만 지원 가능합니다. 해당 IRB 일정은 반드시 아래 6. 연구 타임라인에 명시해야 합니다.</w:t>
      </w:r>
    </w:p>
    <w:p w14:paraId="212767D1" w14:textId="77777777" w:rsidR="00A201E0" w:rsidRDefault="00000000">
      <w:pPr>
        <w:spacing w:before="280" w:after="120"/>
      </w:pPr>
      <w:r>
        <w:rPr>
          <w:rFonts w:ascii="Malgun Gothic" w:eastAsia="Malgun Gothic" w:hAnsi="Malgun Gothic"/>
          <w:b/>
          <w:color w:val="8B0029"/>
          <w:sz w:val="24"/>
        </w:rPr>
        <w:t>6. 연구 타임라인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A201E0" w14:paraId="73BB7E17" w14:textId="77777777">
        <w:trPr>
          <w:jc w:val="center"/>
        </w:trPr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7FC69111" w14:textId="77777777" w:rsidR="00A201E0" w:rsidRDefault="00000000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기간</w:t>
            </w: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7FB838B3" w14:textId="77777777" w:rsidR="00A201E0" w:rsidRDefault="00000000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주요 활동</w:t>
            </w: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5F2"/>
          </w:tcPr>
          <w:p w14:paraId="59643113" w14:textId="77777777" w:rsidR="00A201E0" w:rsidRDefault="00000000">
            <w:pPr>
              <w:spacing w:before="40" w:after="40"/>
              <w:jc w:val="center"/>
            </w:pPr>
            <w:r>
              <w:rPr>
                <w:rFonts w:ascii="Malgun Gothic" w:eastAsia="Malgun Gothic" w:hAnsi="Malgun Gothic"/>
                <w:b/>
                <w:color w:val="333333"/>
                <w:sz w:val="19"/>
              </w:rPr>
              <w:t>산출물</w:t>
            </w:r>
          </w:p>
        </w:tc>
      </w:tr>
      <w:tr w:rsidR="00A201E0" w14:paraId="21BD6892" w14:textId="77777777">
        <w:trPr>
          <w:jc w:val="center"/>
        </w:trPr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AE1308A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C100576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DAE45EC" w14:textId="77777777" w:rsidR="00A201E0" w:rsidRDefault="00A201E0">
            <w:pPr>
              <w:spacing w:before="40" w:after="40"/>
            </w:pPr>
          </w:p>
        </w:tc>
      </w:tr>
      <w:tr w:rsidR="00A201E0" w14:paraId="0636EE46" w14:textId="77777777">
        <w:trPr>
          <w:jc w:val="center"/>
        </w:trPr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A6169D9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626AE9C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505450E" w14:textId="77777777" w:rsidR="00A201E0" w:rsidRDefault="00A201E0">
            <w:pPr>
              <w:spacing w:before="40" w:after="40"/>
            </w:pPr>
          </w:p>
        </w:tc>
      </w:tr>
      <w:tr w:rsidR="00A201E0" w14:paraId="065FBC8D" w14:textId="77777777">
        <w:trPr>
          <w:jc w:val="center"/>
        </w:trPr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45FB226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642108D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F81ECA2" w14:textId="77777777" w:rsidR="00A201E0" w:rsidRDefault="00A201E0">
            <w:pPr>
              <w:spacing w:before="40" w:after="40"/>
            </w:pPr>
          </w:p>
        </w:tc>
      </w:tr>
      <w:tr w:rsidR="00A201E0" w14:paraId="5179C8FA" w14:textId="77777777">
        <w:trPr>
          <w:jc w:val="center"/>
        </w:trPr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1D11B75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E170DC0" w14:textId="77777777" w:rsidR="00A201E0" w:rsidRDefault="00A201E0">
            <w:pPr>
              <w:spacing w:before="40" w:after="40"/>
            </w:pPr>
          </w:p>
        </w:tc>
        <w:tc>
          <w:tcPr>
            <w:tcW w:w="32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776C13" w14:textId="77777777" w:rsidR="00A201E0" w:rsidRDefault="00A201E0">
            <w:pPr>
              <w:spacing w:before="40" w:after="40"/>
            </w:pPr>
          </w:p>
        </w:tc>
      </w:tr>
    </w:tbl>
    <w:p w14:paraId="482001E0" w14:textId="74EE9EDA" w:rsidR="00A201E0" w:rsidRDefault="00000000">
      <w:pPr>
        <w:spacing w:before="40" w:after="80"/>
        <w:rPr>
          <w:lang w:eastAsia="ko-KR"/>
        </w:rPr>
      </w:pPr>
      <w:r>
        <w:rPr>
          <w:rFonts w:ascii="Malgun Gothic" w:eastAsia="Malgun Gothic" w:hAnsi="Malgun Gothic"/>
          <w:color w:val="999999"/>
          <w:sz w:val="16"/>
          <w:lang w:eastAsia="ko-KR"/>
        </w:rPr>
        <w:t>* 서베이 과제의 경우, 2026년 11월까지 IRB 최종 승인(신청이 아닌 승인)을 받는 일정을 타임라인에 반드시 포함해야 합니다.</w:t>
      </w:r>
      <w:r>
        <w:rPr>
          <w:rFonts w:ascii="Malgun Gothic" w:eastAsia="Malgun Gothic" w:hAnsi="Malgun Gothic"/>
          <w:color w:val="999999"/>
          <w:sz w:val="16"/>
          <w:lang w:eastAsia="ko-KR"/>
        </w:rPr>
        <w:br/>
        <w:t xml:space="preserve">* 선정 후 연구 완료까지의 일정을 기재하세요. 그랜트 수혜 시 </w:t>
      </w:r>
      <w:r w:rsidR="006C32D2">
        <w:rPr>
          <w:rFonts w:ascii="Malgun Gothic" w:eastAsia="Malgun Gothic" w:hAnsi="Malgun Gothic" w:hint="eastAsia"/>
          <w:color w:val="999999"/>
          <w:sz w:val="16"/>
          <w:lang w:eastAsia="ko-KR"/>
        </w:rPr>
        <w:t xml:space="preserve">학과 내 세미나에서 </w:t>
      </w:r>
      <w:r w:rsidR="005F3244">
        <w:rPr>
          <w:rFonts w:ascii="Malgun Gothic" w:eastAsia="Malgun Gothic" w:hAnsi="Malgun Gothic" w:hint="eastAsia"/>
          <w:color w:val="999999"/>
          <w:sz w:val="16"/>
          <w:lang w:eastAsia="ko-KR"/>
        </w:rPr>
        <w:t xml:space="preserve">연구 </w:t>
      </w:r>
      <w:r>
        <w:rPr>
          <w:rFonts w:ascii="Malgun Gothic" w:eastAsia="Malgun Gothic" w:hAnsi="Malgun Gothic"/>
          <w:color w:val="999999"/>
          <w:sz w:val="16"/>
          <w:lang w:eastAsia="ko-KR"/>
        </w:rPr>
        <w:t>결과 발표가 필수입니다.</w:t>
      </w:r>
    </w:p>
    <w:p w14:paraId="29440BA1" w14:textId="77777777" w:rsidR="00946729" w:rsidRDefault="00946729" w:rsidP="00946729">
      <w:pPr>
        <w:spacing w:before="280" w:after="120"/>
      </w:pPr>
      <w:r>
        <w:rPr>
          <w:rFonts w:ascii="Malgun Gothic" w:eastAsia="Malgun Gothic" w:hAnsi="Malgun Gothic"/>
          <w:b/>
          <w:color w:val="8B0029"/>
          <w:sz w:val="24"/>
        </w:rPr>
        <w:t xml:space="preserve">7. </w:t>
      </w:r>
      <w:proofErr w:type="spellStart"/>
      <w:r>
        <w:rPr>
          <w:rFonts w:ascii="Malgun Gothic" w:eastAsia="Malgun Gothic" w:hAnsi="Malgun Gothic"/>
          <w:b/>
          <w:color w:val="8B0029"/>
          <w:sz w:val="24"/>
        </w:rPr>
        <w:t>신청자</w:t>
      </w:r>
      <w:proofErr w:type="spellEnd"/>
      <w:r>
        <w:rPr>
          <w:rFonts w:ascii="Malgun Gothic" w:eastAsia="Malgun Gothic" w:hAnsi="Malgun Gothic"/>
          <w:b/>
          <w:color w:val="8B0029"/>
          <w:sz w:val="24"/>
        </w:rPr>
        <w:t xml:space="preserve"> </w:t>
      </w:r>
      <w:proofErr w:type="spellStart"/>
      <w:r>
        <w:rPr>
          <w:rFonts w:ascii="Malgun Gothic" w:eastAsia="Malgun Gothic" w:hAnsi="Malgun Gothic"/>
          <w:b/>
          <w:color w:val="8B0029"/>
          <w:sz w:val="24"/>
        </w:rPr>
        <w:t>확인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6"/>
      </w:tblGrid>
      <w:tr w:rsidR="00946729" w14:paraId="04B4865E" w14:textId="77777777" w:rsidTr="00FE78E4">
        <w:trPr>
          <w:jc w:val="center"/>
        </w:trPr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BF9"/>
          </w:tcPr>
          <w:p w14:paraId="327EE759" w14:textId="77777777" w:rsidR="00946729" w:rsidRPr="00816B70" w:rsidRDefault="00946729" w:rsidP="00FE78E4">
            <w:pPr>
              <w:spacing w:before="240" w:after="80"/>
              <w:jc w:val="center"/>
              <w:rPr>
                <w:sz w:val="19"/>
                <w:szCs w:val="19"/>
                <w:lang w:eastAsia="ko-KR"/>
              </w:rPr>
            </w:pPr>
            <w:r w:rsidRPr="00816B70">
              <w:rPr>
                <w:rFonts w:ascii="Malgun Gothic" w:eastAsia="Malgun Gothic" w:hAnsi="Malgun Gothic"/>
                <w:sz w:val="19"/>
                <w:szCs w:val="19"/>
                <w:lang w:eastAsia="ko-KR"/>
              </w:rPr>
              <w:t>본인은 상기 내용이 사실임을 확인하며,</w:t>
            </w:r>
            <w:r w:rsidRPr="00816B70">
              <w:rPr>
                <w:sz w:val="19"/>
                <w:szCs w:val="19"/>
                <w:lang w:eastAsia="ko-KR"/>
              </w:rPr>
              <w:t xml:space="preserve"> </w:t>
            </w:r>
            <w:r w:rsidRPr="00816B70">
              <w:rPr>
                <w:rFonts w:ascii="Malgun Gothic" w:eastAsia="Malgun Gothic" w:hAnsi="Malgun Gothic"/>
                <w:sz w:val="19"/>
                <w:szCs w:val="19"/>
                <w:lang w:eastAsia="ko-KR"/>
              </w:rPr>
              <w:t>선정 시 연구 계획에 따라 성실히 수행할 것을 서약합니다.</w:t>
            </w:r>
          </w:p>
          <w:p w14:paraId="497E133A" w14:textId="04093B78" w:rsidR="00946729" w:rsidRDefault="00946729" w:rsidP="00FE78E4">
            <w:pPr>
              <w:spacing w:before="240" w:after="160"/>
              <w:jc w:val="right"/>
              <w:rPr>
                <w:lang w:eastAsia="ko-KR"/>
              </w:rPr>
            </w:pPr>
            <w:proofErr w:type="spellStart"/>
            <w:r>
              <w:rPr>
                <w:rFonts w:ascii="Malgun Gothic" w:eastAsia="Malgun Gothic" w:hAnsi="Malgun Gothic"/>
                <w:sz w:val="20"/>
              </w:rPr>
              <w:t>신청자</w:t>
            </w:r>
            <w:proofErr w:type="spellEnd"/>
            <w:r>
              <w:rPr>
                <w:rFonts w:ascii="Malgun Gothic" w:eastAsia="Malgun Gothic" w:hAnsi="Malgun Gothic"/>
                <w:sz w:val="20"/>
              </w:rPr>
              <w:t>: _______</w:t>
            </w:r>
            <w:r w:rsidR="00E806D8">
              <w:rPr>
                <w:rFonts w:ascii="Malgun Gothic" w:eastAsia="Malgun Gothic" w:hAnsi="Malgun Gothic" w:hint="eastAsia"/>
                <w:sz w:val="20"/>
                <w:lang w:eastAsia="ko-KR"/>
              </w:rPr>
              <w:t>_________</w:t>
            </w:r>
            <w:r>
              <w:rPr>
                <w:rFonts w:ascii="Malgun Gothic" w:eastAsia="Malgun Gothic" w:hAnsi="Malgun Gothic"/>
                <w:sz w:val="20"/>
              </w:rPr>
              <w:t>_______ (</w:t>
            </w:r>
            <w:proofErr w:type="spellStart"/>
            <w:r>
              <w:rPr>
                <w:rFonts w:ascii="Malgun Gothic" w:eastAsia="Malgun Gothic" w:hAnsi="Malgun Gothic"/>
                <w:sz w:val="20"/>
              </w:rPr>
              <w:t>서명</w:t>
            </w:r>
            <w:proofErr w:type="spellEnd"/>
            <w:r>
              <w:rPr>
                <w:rFonts w:ascii="Malgun Gothic" w:eastAsia="Malgun Gothic" w:hAnsi="Malgun Gothic"/>
                <w:sz w:val="20"/>
              </w:rPr>
              <w:t>)</w:t>
            </w:r>
          </w:p>
        </w:tc>
      </w:tr>
    </w:tbl>
    <w:p w14:paraId="0EF4CD2A" w14:textId="54CB86B2" w:rsidR="00A201E0" w:rsidRDefault="00946729">
      <w:pPr>
        <w:spacing w:before="280" w:after="120"/>
      </w:pPr>
      <w:r>
        <w:rPr>
          <w:rFonts w:ascii="Malgun Gothic" w:eastAsia="Malgun Gothic" w:hAnsi="Malgun Gothic" w:hint="eastAsia"/>
          <w:b/>
          <w:color w:val="8B0029"/>
          <w:sz w:val="24"/>
          <w:lang w:eastAsia="ko-KR"/>
        </w:rPr>
        <w:lastRenderedPageBreak/>
        <w:t>8. 프로젝트 지도교수 추천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6"/>
      </w:tblGrid>
      <w:tr w:rsidR="00A201E0" w14:paraId="52916AF4" w14:textId="77777777">
        <w:trPr>
          <w:jc w:val="center"/>
        </w:trPr>
        <w:tc>
          <w:tcPr>
            <w:tcW w:w="97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BF9"/>
          </w:tcPr>
          <w:p w14:paraId="2E06A7D8" w14:textId="6EACB554" w:rsidR="00A201E0" w:rsidRDefault="00000000" w:rsidP="001006F3">
            <w:pPr>
              <w:spacing w:before="40" w:after="40"/>
              <w:jc w:val="both"/>
              <w:rPr>
                <w:lang w:eastAsia="ko-KR"/>
              </w:rPr>
            </w:pPr>
            <w:r>
              <w:rPr>
                <w:rFonts w:ascii="Malgun Gothic" w:eastAsia="Malgun Gothic" w:hAnsi="Malgun Gothic"/>
                <w:sz w:val="19"/>
                <w:lang w:eastAsia="ko-KR"/>
              </w:rPr>
              <w:t>위 지원자의 연구 계획을 검토하였으며,</w:t>
            </w:r>
            <w:r w:rsidR="00946729">
              <w:rPr>
                <w:rFonts w:hint="eastAsia"/>
                <w:lang w:eastAsia="ko-KR"/>
              </w:rPr>
              <w:t xml:space="preserve"> </w:t>
            </w:r>
            <w:r>
              <w:rPr>
                <w:rFonts w:ascii="Malgun Gothic" w:eastAsia="Malgun Gothic" w:hAnsi="Malgun Gothic"/>
                <w:sz w:val="19"/>
                <w:lang w:eastAsia="ko-KR"/>
              </w:rPr>
              <w:t>본 Research Grant 과제 수행을 추천합니다. 아울러</w:t>
            </w:r>
            <w:r w:rsidR="001006F3">
              <w:rPr>
                <w:rFonts w:ascii="Malgun Gothic" w:eastAsia="Malgun Gothic" w:hAnsi="Malgun Gothic" w:hint="eastAsia"/>
                <w:sz w:val="19"/>
                <w:lang w:eastAsia="ko-KR"/>
              </w:rPr>
              <w:t xml:space="preserve"> </w:t>
            </w:r>
            <w:r>
              <w:rPr>
                <w:rFonts w:ascii="Malgun Gothic" w:eastAsia="Malgun Gothic" w:hAnsi="Malgun Gothic"/>
                <w:sz w:val="19"/>
                <w:lang w:eastAsia="ko-KR"/>
              </w:rPr>
              <w:t>위 지원자가 제시한 연구 타임라인</w:t>
            </w:r>
            <w:r w:rsidR="001006F3">
              <w:rPr>
                <w:rFonts w:ascii="Malgun Gothic" w:eastAsia="Malgun Gothic" w:hAnsi="Malgun Gothic"/>
                <w:sz w:val="19"/>
                <w:lang w:eastAsia="ko-KR"/>
              </w:rPr>
              <w:t>(</w:t>
            </w:r>
            <w:proofErr w:type="spellStart"/>
            <w:r w:rsidR="001006F3">
              <w:rPr>
                <w:rFonts w:ascii="Malgun Gothic" w:eastAsia="Malgun Gothic" w:hAnsi="Malgun Gothic"/>
                <w:sz w:val="19"/>
                <w:lang w:eastAsia="ko-KR"/>
              </w:rPr>
              <w:t>서베이</w:t>
            </w:r>
            <w:proofErr w:type="spellEnd"/>
            <w:r w:rsidR="001006F3">
              <w:rPr>
                <w:rFonts w:ascii="Malgun Gothic" w:eastAsia="Malgun Gothic" w:hAnsi="Malgun Gothic"/>
                <w:sz w:val="19"/>
                <w:lang w:eastAsia="ko-KR"/>
              </w:rPr>
              <w:t xml:space="preserve"> 과제의 경우 2026년 11월까지 IRB 최종 승인 포함)</w:t>
            </w:r>
            <w:proofErr w:type="spellStart"/>
            <w:r>
              <w:rPr>
                <w:rFonts w:ascii="Malgun Gothic" w:eastAsia="Malgun Gothic" w:hAnsi="Malgun Gothic"/>
                <w:sz w:val="19"/>
                <w:lang w:eastAsia="ko-KR"/>
              </w:rPr>
              <w:t>에</w:t>
            </w:r>
            <w:proofErr w:type="spellEnd"/>
            <w:r>
              <w:rPr>
                <w:rFonts w:ascii="Malgun Gothic" w:eastAsia="Malgun Gothic" w:hAnsi="Malgun Gothic"/>
                <w:sz w:val="19"/>
                <w:lang w:eastAsia="ko-KR"/>
              </w:rPr>
              <w:t xml:space="preserve"> 따라</w:t>
            </w:r>
            <w:r w:rsidR="001006F3">
              <w:rPr>
                <w:rFonts w:ascii="Malgun Gothic" w:eastAsia="Malgun Gothic" w:hAnsi="Malgun Gothic" w:hint="eastAsia"/>
                <w:sz w:val="19"/>
                <w:lang w:eastAsia="ko-KR"/>
              </w:rPr>
              <w:t xml:space="preserve"> 연구를 완료할 수 </w:t>
            </w:r>
            <w:r>
              <w:rPr>
                <w:rFonts w:ascii="Malgun Gothic" w:eastAsia="Malgun Gothic" w:hAnsi="Malgun Gothic"/>
                <w:sz w:val="19"/>
                <w:lang w:eastAsia="ko-KR"/>
              </w:rPr>
              <w:t>있음을 확인합니다.</w:t>
            </w:r>
            <w:r w:rsidR="001006F3">
              <w:rPr>
                <w:rFonts w:ascii="Malgun Gothic" w:eastAsia="Malgun Gothic" w:hAnsi="Malgun Gothic" w:hint="eastAsia"/>
                <w:sz w:val="19"/>
                <w:lang w:eastAsia="ko-KR"/>
              </w:rPr>
              <w:t xml:space="preserve"> </w:t>
            </w:r>
          </w:p>
          <w:p w14:paraId="5061CA0E" w14:textId="5A53E0AB" w:rsidR="00A201E0" w:rsidRDefault="00CC7B1C">
            <w:pPr>
              <w:spacing w:before="240" w:after="160"/>
              <w:jc w:val="right"/>
              <w:rPr>
                <w:lang w:eastAsia="ko-KR"/>
              </w:rPr>
            </w:pPr>
            <w:r>
              <w:rPr>
                <w:rFonts w:ascii="Malgun Gothic" w:eastAsia="Malgun Gothic" w:hAnsi="Malgun Gothic"/>
                <w:sz w:val="20"/>
                <w:lang w:eastAsia="ko-KR"/>
              </w:rPr>
              <w:t>프로젝트 지도교수: ______</w:t>
            </w:r>
            <w:r w:rsidR="00E806D8">
              <w:rPr>
                <w:rFonts w:ascii="Malgun Gothic" w:eastAsia="Malgun Gothic" w:hAnsi="Malgun Gothic" w:hint="eastAsia"/>
                <w:sz w:val="20"/>
                <w:lang w:eastAsia="ko-KR"/>
              </w:rPr>
              <w:t>________</w:t>
            </w:r>
            <w:r>
              <w:rPr>
                <w:rFonts w:ascii="Malgun Gothic" w:eastAsia="Malgun Gothic" w:hAnsi="Malgun Gothic"/>
                <w:sz w:val="20"/>
                <w:lang w:eastAsia="ko-KR"/>
              </w:rPr>
              <w:t>_________ (서명)</w:t>
            </w:r>
          </w:p>
        </w:tc>
      </w:tr>
    </w:tbl>
    <w:p w14:paraId="6FBA485C" w14:textId="77777777" w:rsidR="00946729" w:rsidRDefault="00946729">
      <w:pPr>
        <w:rPr>
          <w:lang w:eastAsia="ko-KR"/>
        </w:rPr>
      </w:pPr>
    </w:p>
    <w:sectPr w:rsidR="00946729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4184607">
    <w:abstractNumId w:val="8"/>
  </w:num>
  <w:num w:numId="2" w16cid:durableId="654646483">
    <w:abstractNumId w:val="6"/>
  </w:num>
  <w:num w:numId="3" w16cid:durableId="1236087382">
    <w:abstractNumId w:val="5"/>
  </w:num>
  <w:num w:numId="4" w16cid:durableId="1233781252">
    <w:abstractNumId w:val="4"/>
  </w:num>
  <w:num w:numId="5" w16cid:durableId="1299453489">
    <w:abstractNumId w:val="7"/>
  </w:num>
  <w:num w:numId="6" w16cid:durableId="1882017284">
    <w:abstractNumId w:val="3"/>
  </w:num>
  <w:num w:numId="7" w16cid:durableId="1182277439">
    <w:abstractNumId w:val="2"/>
  </w:num>
  <w:num w:numId="8" w16cid:durableId="1709598216">
    <w:abstractNumId w:val="1"/>
  </w:num>
  <w:num w:numId="9" w16cid:durableId="57693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3D21"/>
    <w:rsid w:val="001006F3"/>
    <w:rsid w:val="0015074B"/>
    <w:rsid w:val="0029639D"/>
    <w:rsid w:val="00326F90"/>
    <w:rsid w:val="003925C0"/>
    <w:rsid w:val="005F3244"/>
    <w:rsid w:val="006C32D2"/>
    <w:rsid w:val="006F5FFE"/>
    <w:rsid w:val="007A7000"/>
    <w:rsid w:val="00816B70"/>
    <w:rsid w:val="00852305"/>
    <w:rsid w:val="00920F49"/>
    <w:rsid w:val="00946729"/>
    <w:rsid w:val="0095110C"/>
    <w:rsid w:val="00A201E0"/>
    <w:rsid w:val="00AA1D8D"/>
    <w:rsid w:val="00AC7CAA"/>
    <w:rsid w:val="00B20DDF"/>
    <w:rsid w:val="00B47730"/>
    <w:rsid w:val="00CB0664"/>
    <w:rsid w:val="00CC7B1C"/>
    <w:rsid w:val="00CF5168"/>
    <w:rsid w:val="00E806D8"/>
    <w:rsid w:val="00FC693F"/>
    <w:rsid w:val="00FD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CC76E9"/>
  <w14:defaultImageDpi w14:val="300"/>
  <w15:docId w15:val="{6192B67E-88B7-1A4B-BF72-1A72023B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Sung Eun Kim</cp:lastModifiedBy>
  <cp:revision>19</cp:revision>
  <dcterms:created xsi:type="dcterms:W3CDTF">2013-12-23T23:15:00Z</dcterms:created>
  <dcterms:modified xsi:type="dcterms:W3CDTF">2026-09-01T11:51:00Z</dcterms:modified>
  <cp:category/>
</cp:coreProperties>
</file>